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EOQ and Quantity Discount Practice Material</w:t>
      </w:r>
    </w:p>
    <w:p>
      <w:pPr>
        <w:pStyle w:val="Heading2"/>
      </w:pPr>
      <w:r>
        <w:t>Basic EOQ Practice</w:t>
      </w:r>
    </w:p>
    <w:p>
      <w:r>
        <w:t>1. A company sells 12,000 units each year. Ordering cost = €50 per order and holding cost = €2 per unit per year. Find the EOQ, number of orders per year, and time between orders assuming 300 working days per year.</w:t>
      </w:r>
    </w:p>
    <w:p>
      <w:r>
        <w:t>2. Annual demand for a spare part is 20,000 units. Ordering cost = €80 and holding cost = €5 per unit per year. Calculate EOQ, annual ordering cost, annual holding cost, and total inventory cost at EOQ.</w:t>
      </w:r>
    </w:p>
    <w:p>
      <w:r>
        <w:t>3. A retailer has annual demand of 50,000 units, ordering cost of €120, unit cost of €25, and a holding cost rate of 20% of unit cost. Calculate the EOQ.</w:t>
      </w:r>
    </w:p>
    <w:p>
      <w:pPr>
        <w:pStyle w:val="Heading2"/>
      </w:pPr>
      <w:r>
        <w:t>Quantity Discount Practice</w:t>
      </w:r>
    </w:p>
    <w:p>
      <w:r>
        <w:t>1. Annual demand is 10,000 units. Ordering cost = €100 per order and holding cost = 25% of unit price per year. Price schedule: 0–999 units = €20, 1,000+ units = €19. Determine the optimal order quantity and total annual cost.</w:t>
      </w:r>
    </w:p>
    <w:p>
      <w:r>
        <w:t>2. A manufacturer requires 24,000 units annually. Ordering cost = €150 and holding cost rate = 20% of purchase price. Price schedule: 0–499 units = €50, 500–999 units = €48, 1,000+ units = €46. Find the best ordering policy.</w:t>
      </w:r>
    </w:p>
    <w:p>
      <w:r>
        <w:t>3. Demand is 40,000 units per year. Ordering cost = €200 per order and holding cost rate = 30% of purchase price. Price schedule: 0–999 units = €12, 1,000–4,999 units = €11.50, 5,000+ units = €11. Determine the order quantity that minimizes total annual cost.</w:t>
      </w:r>
    </w:p>
    <w:p>
      <w:pPr>
        <w:pStyle w:val="Heading2"/>
      </w:pPr>
      <w:r>
        <w:t>Challenge Problems</w:t>
      </w:r>
    </w:p>
    <w:p>
      <w:r>
        <w:t>1. A company uses 60,000 units annually. Ordering cost = €75 and holding cost rate = 18%. Price schedule: less than 2,000 units = €15, 2,000–4,999 units = €14.50, 5,000+ units = €14. Find EOQ for each price level and the best decision.</w:t>
      </w:r>
    </w:p>
    <w:p>
      <w:r>
        <w:t>2. Demand varies seasonally but annual demand is 18,000 units. Ordering cost = €90 and holding cost = €3 per unit annually. Supplier offers a 5% discount for orders of 1,500 units or more. Should the company accept the discount?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